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2CD3" w14:textId="77777777" w:rsidR="00086FFB" w:rsidRDefault="00000000" w:rsidP="00B12F9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>DECLARAÇÃO E TERMO DE RESPONSABILIDADE DE AUTORIA</w:t>
      </w:r>
    </w:p>
    <w:p w14:paraId="6EF9A70E" w14:textId="77777777" w:rsidR="00B12F95" w:rsidRPr="00B12F95" w:rsidRDefault="00B12F95" w:rsidP="00B12F95">
      <w:pPr>
        <w:spacing w:after="0" w:line="24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14:paraId="1431A3B1" w14:textId="6CCBC79A" w:rsidR="00086FFB" w:rsidRDefault="00000000" w:rsidP="00B12F9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color w:val="auto"/>
          <w:szCs w:val="24"/>
        </w:rPr>
        <w:t xml:space="preserve">Eu, </w:t>
      </w:r>
      <w:r w:rsidR="00B12F95">
        <w:rPr>
          <w:rFonts w:ascii="Times New Roman" w:hAnsi="Times New Roman" w:cs="Times New Roman"/>
          <w:b/>
          <w:color w:val="auto"/>
          <w:szCs w:val="24"/>
        </w:rPr>
        <w:t xml:space="preserve">___________________________________________________________,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portador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(a) do RG nº </w:t>
      </w:r>
      <w:r w:rsidR="00B12F95">
        <w:rPr>
          <w:rFonts w:ascii="Times New Roman" w:hAnsi="Times New Roman" w:cs="Times New Roman"/>
          <w:b/>
          <w:color w:val="auto"/>
          <w:szCs w:val="24"/>
        </w:rPr>
        <w:t>__________________</w:t>
      </w:r>
      <w:r w:rsidRPr="00B12F95">
        <w:rPr>
          <w:rFonts w:ascii="Times New Roman" w:hAnsi="Times New Roman" w:cs="Times New Roman"/>
          <w:color w:val="auto"/>
          <w:szCs w:val="24"/>
        </w:rPr>
        <w:t xml:space="preserve"> e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inscrito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(a) no CPF sob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o n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º </w:t>
      </w:r>
      <w:r w:rsidR="00B12F95">
        <w:rPr>
          <w:rFonts w:ascii="Times New Roman" w:hAnsi="Times New Roman" w:cs="Times New Roman"/>
          <w:b/>
          <w:color w:val="auto"/>
          <w:szCs w:val="24"/>
        </w:rPr>
        <w:t>_____________________,</w:t>
      </w:r>
      <w:r w:rsidRPr="00B12F95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qualidade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 de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autor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(a) principal e responsável pela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submissão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resumo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expandido</w:t>
      </w:r>
      <w:proofErr w:type="spellEnd"/>
      <w:r w:rsidR="00B12F95">
        <w:rPr>
          <w:rFonts w:ascii="Times New Roman" w:hAnsi="Times New Roman" w:cs="Times New Roman"/>
          <w:color w:val="auto"/>
          <w:szCs w:val="24"/>
        </w:rPr>
        <w:t>/</w:t>
      </w:r>
      <w:proofErr w:type="spellStart"/>
      <w:r w:rsidR="00B12F95">
        <w:rPr>
          <w:rFonts w:ascii="Times New Roman" w:hAnsi="Times New Roman" w:cs="Times New Roman"/>
          <w:color w:val="auto"/>
          <w:szCs w:val="24"/>
        </w:rPr>
        <w:t>artigo</w:t>
      </w:r>
      <w:proofErr w:type="spellEnd"/>
      <w:r w:rsidR="00B12F95">
        <w:rPr>
          <w:rFonts w:ascii="Times New Roman" w:hAnsi="Times New Roman" w:cs="Times New Roman"/>
          <w:color w:val="auto"/>
          <w:szCs w:val="24"/>
        </w:rPr>
        <w:t>/banner</w:t>
      </w:r>
      <w:r w:rsidRPr="00B12F95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B12F95">
        <w:rPr>
          <w:rFonts w:ascii="Times New Roman" w:hAnsi="Times New Roman" w:cs="Times New Roman"/>
          <w:color w:val="auto"/>
          <w:szCs w:val="24"/>
        </w:rPr>
        <w:t>intitulado</w:t>
      </w:r>
      <w:proofErr w:type="spellEnd"/>
      <w:r w:rsidRPr="00B12F95">
        <w:rPr>
          <w:rFonts w:ascii="Times New Roman" w:hAnsi="Times New Roman" w:cs="Times New Roman"/>
          <w:color w:val="auto"/>
          <w:szCs w:val="24"/>
        </w:rPr>
        <w:t>:</w:t>
      </w:r>
    </w:p>
    <w:p w14:paraId="5FAC06C8" w14:textId="77777777" w:rsidR="00B12F95" w:rsidRPr="00B12F95" w:rsidRDefault="00B12F95" w:rsidP="00B12F9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Cs w:val="24"/>
        </w:rPr>
      </w:pPr>
    </w:p>
    <w:p w14:paraId="4F616E4E" w14:textId="0E601D4D" w:rsidR="00086FFB" w:rsidRDefault="00B12F95" w:rsidP="00B12F95">
      <w:pPr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A</w:t>
      </w:r>
      <w:r w:rsidR="00000000" w:rsidRPr="00B12F95">
        <w:rPr>
          <w:rFonts w:ascii="Times New Roman" w:hAnsi="Times New Roman" w:cs="Times New Roman"/>
          <w:color w:val="auto"/>
          <w:szCs w:val="24"/>
        </w:rPr>
        <w:t xml:space="preserve">o </w:t>
      </w:r>
      <w:proofErr w:type="spellStart"/>
      <w:r w:rsidR="00000000" w:rsidRPr="00B12F95">
        <w:rPr>
          <w:rFonts w:ascii="Times New Roman" w:hAnsi="Times New Roman" w:cs="Times New Roman"/>
          <w:color w:val="auto"/>
          <w:szCs w:val="24"/>
        </w:rPr>
        <w:t>evento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: </w:t>
      </w:r>
      <w:r w:rsidRPr="002F27A2">
        <w:rPr>
          <w:rFonts w:ascii="Times New Roman" w:hAnsi="Times New Roman" w:cs="Times New Roman"/>
          <w:b/>
          <w:bCs/>
          <w:szCs w:val="24"/>
        </w:rPr>
        <w:t>CONGRESSO DE DIREITO E SOCIEDADE NA CONTEMPORANEIDADE</w:t>
      </w:r>
      <w:r w:rsidRPr="00914F04">
        <w:rPr>
          <w:rFonts w:ascii="Times New Roman" w:hAnsi="Times New Roman" w:cs="Times New Roman"/>
          <w:b/>
          <w:bCs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F27A2">
        <w:rPr>
          <w:rFonts w:ascii="Times New Roman" w:hAnsi="Times New Roman" w:cs="Times New Roman"/>
          <w:b/>
          <w:bCs/>
          <w:szCs w:val="24"/>
        </w:rPr>
        <w:t>Desafios</w:t>
      </w:r>
      <w:proofErr w:type="spellEnd"/>
      <w:r w:rsidRPr="002F27A2">
        <w:rPr>
          <w:rFonts w:ascii="Times New Roman" w:hAnsi="Times New Roman" w:cs="Times New Roman"/>
          <w:b/>
          <w:bCs/>
          <w:szCs w:val="24"/>
        </w:rPr>
        <w:t xml:space="preserve">, </w:t>
      </w:r>
      <w:proofErr w:type="spellStart"/>
      <w:r w:rsidRPr="002F27A2">
        <w:rPr>
          <w:rFonts w:ascii="Times New Roman" w:hAnsi="Times New Roman" w:cs="Times New Roman"/>
          <w:b/>
          <w:bCs/>
          <w:szCs w:val="24"/>
        </w:rPr>
        <w:t>transformações</w:t>
      </w:r>
      <w:proofErr w:type="spellEnd"/>
      <w:r w:rsidRPr="002F27A2">
        <w:rPr>
          <w:rFonts w:ascii="Times New Roman" w:hAnsi="Times New Roman" w:cs="Times New Roman"/>
          <w:b/>
          <w:bCs/>
          <w:szCs w:val="24"/>
        </w:rPr>
        <w:t xml:space="preserve"> e </w:t>
      </w:r>
      <w:proofErr w:type="spellStart"/>
      <w:r w:rsidRPr="002F27A2">
        <w:rPr>
          <w:rFonts w:ascii="Times New Roman" w:hAnsi="Times New Roman" w:cs="Times New Roman"/>
          <w:b/>
          <w:bCs/>
          <w:szCs w:val="24"/>
        </w:rPr>
        <w:t>novas</w:t>
      </w:r>
      <w:proofErr w:type="spellEnd"/>
      <w:r w:rsidRPr="002F27A2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2F27A2">
        <w:rPr>
          <w:rFonts w:ascii="Times New Roman" w:hAnsi="Times New Roman" w:cs="Times New Roman"/>
          <w:b/>
          <w:bCs/>
          <w:szCs w:val="24"/>
        </w:rPr>
        <w:t>perspectivas</w:t>
      </w:r>
      <w:proofErr w:type="spellEnd"/>
      <w:r w:rsidRPr="002F27A2">
        <w:rPr>
          <w:rFonts w:ascii="Times New Roman" w:hAnsi="Times New Roman" w:cs="Times New Roman"/>
          <w:b/>
          <w:bCs/>
          <w:szCs w:val="24"/>
        </w:rPr>
        <w:t xml:space="preserve"> do </w:t>
      </w:r>
      <w:proofErr w:type="spellStart"/>
      <w:r w:rsidRPr="002F27A2">
        <w:rPr>
          <w:rFonts w:ascii="Times New Roman" w:hAnsi="Times New Roman" w:cs="Times New Roman"/>
          <w:b/>
          <w:bCs/>
          <w:szCs w:val="24"/>
        </w:rPr>
        <w:t>Direito</w:t>
      </w:r>
      <w:proofErr w:type="spellEnd"/>
      <w:r>
        <w:rPr>
          <w:rFonts w:ascii="Times New Roman" w:hAnsi="Times New Roman" w:cs="Times New Roman"/>
          <w:b/>
          <w:bCs/>
          <w:szCs w:val="24"/>
        </w:rPr>
        <w:t xml:space="preserve">, </w:t>
      </w:r>
      <w:r w:rsidRPr="00B12F95">
        <w:rPr>
          <w:rFonts w:ascii="Times New Roman" w:hAnsi="Times New Roman" w:cs="Times New Roman"/>
          <w:szCs w:val="24"/>
        </w:rPr>
        <w:t xml:space="preserve">da </w:t>
      </w:r>
      <w:proofErr w:type="spellStart"/>
      <w:r w:rsidRPr="00B12F95">
        <w:rPr>
          <w:rFonts w:ascii="Times New Roman" w:hAnsi="Times New Roman" w:cs="Times New Roman"/>
          <w:szCs w:val="24"/>
        </w:rPr>
        <w:t>Faculdade</w:t>
      </w:r>
      <w:proofErr w:type="spellEnd"/>
      <w:r w:rsidRPr="00B12F95">
        <w:rPr>
          <w:rFonts w:ascii="Times New Roman" w:hAnsi="Times New Roman" w:cs="Times New Roman"/>
          <w:szCs w:val="24"/>
        </w:rPr>
        <w:t xml:space="preserve"> dos Palmares-FAP</w:t>
      </w:r>
      <w:r w:rsidR="00000000" w:rsidRPr="00B12F95">
        <w:rPr>
          <w:rFonts w:ascii="Times New Roman" w:hAnsi="Times New Roman" w:cs="Times New Roman"/>
          <w:color w:val="auto"/>
          <w:szCs w:val="24"/>
        </w:rPr>
        <w:t>,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ocorrido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nos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dias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09 a 12 de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novembro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de 2026,</w:t>
      </w:r>
      <w:r w:rsidR="00000000" w:rsidRPr="00B12F95">
        <w:rPr>
          <w:rFonts w:ascii="Times New Roman" w:hAnsi="Times New Roman" w:cs="Times New Roman"/>
          <w:color w:val="auto"/>
          <w:szCs w:val="24"/>
        </w:rPr>
        <w:t xml:space="preserve"> DECLARO, sob as penas da lei, para os devidos fins de direito e para instrução do processo de avaliação e publicação nos Anais do </w:t>
      </w:r>
      <w:proofErr w:type="spellStart"/>
      <w:r w:rsidR="00000000" w:rsidRPr="00B12F95">
        <w:rPr>
          <w:rFonts w:ascii="Times New Roman" w:hAnsi="Times New Roman" w:cs="Times New Roman"/>
          <w:color w:val="auto"/>
          <w:szCs w:val="24"/>
        </w:rPr>
        <w:t>evento</w:t>
      </w:r>
      <w:proofErr w:type="spellEnd"/>
      <w:r w:rsidR="00000000" w:rsidRPr="00B12F95">
        <w:rPr>
          <w:rFonts w:ascii="Times New Roman" w:hAnsi="Times New Roman" w:cs="Times New Roman"/>
          <w:color w:val="auto"/>
          <w:szCs w:val="24"/>
        </w:rPr>
        <w:t>, que:</w:t>
      </w:r>
    </w:p>
    <w:p w14:paraId="611047AA" w14:textId="77777777" w:rsidR="00B12F95" w:rsidRPr="00B12F95" w:rsidRDefault="00B12F95" w:rsidP="00B12F95">
      <w:pPr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</w:p>
    <w:p w14:paraId="67D1783B" w14:textId="77777777" w:rsidR="00086FFB" w:rsidRPr="00B12F95" w:rsidRDefault="00000000" w:rsidP="00B12F95">
      <w:pPr>
        <w:spacing w:after="0" w:line="240" w:lineRule="auto"/>
        <w:ind w:left="432"/>
        <w:jc w:val="both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 xml:space="preserve">1. Ineditismo e Autoria Original: </w:t>
      </w:r>
      <w:r w:rsidRPr="00B12F95">
        <w:rPr>
          <w:rFonts w:ascii="Times New Roman" w:hAnsi="Times New Roman" w:cs="Times New Roman"/>
          <w:color w:val="auto"/>
          <w:szCs w:val="24"/>
        </w:rPr>
        <w:t>O trabalho apresentado é original, de minha autoria e/ou em coautoria com os demais autores indicados, não configurando plágio, autoplágio ou violação de direitos autorais de terceiros.</w:t>
      </w:r>
    </w:p>
    <w:p w14:paraId="69FE5DBA" w14:textId="77777777" w:rsidR="00086FFB" w:rsidRPr="00B12F95" w:rsidRDefault="00000000" w:rsidP="00B12F95">
      <w:pPr>
        <w:spacing w:after="0" w:line="240" w:lineRule="auto"/>
        <w:ind w:left="432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 xml:space="preserve">2. Concordância dos Coautores: </w:t>
      </w:r>
      <w:r w:rsidRPr="00B12F95">
        <w:rPr>
          <w:rFonts w:ascii="Times New Roman" w:hAnsi="Times New Roman" w:cs="Times New Roman"/>
          <w:color w:val="auto"/>
          <w:szCs w:val="24"/>
        </w:rPr>
        <w:t>Todos os coautores listados participaram efetivamente da elaboração do trabalho, aprovaram a versão final enviada e concordam expressamente com a sua submissão e eventual publicação nos Anais do evento.</w:t>
      </w:r>
    </w:p>
    <w:p w14:paraId="5E5E90CB" w14:textId="77777777" w:rsidR="00086FFB" w:rsidRPr="00B12F95" w:rsidRDefault="00000000" w:rsidP="00B12F95">
      <w:pPr>
        <w:spacing w:after="0" w:line="240" w:lineRule="auto"/>
        <w:ind w:left="432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 xml:space="preserve">3. Direitos Autorais e Cessão de Publicação: </w:t>
      </w:r>
      <w:r w:rsidRPr="00B12F95">
        <w:rPr>
          <w:rFonts w:ascii="Times New Roman" w:hAnsi="Times New Roman" w:cs="Times New Roman"/>
          <w:color w:val="auto"/>
          <w:szCs w:val="24"/>
        </w:rPr>
        <w:t xml:space="preserve">Cedo à comissão organizadora do evento o direito não exclusivo de publicação, reprodução e distribuição do referido trabalho nos Anais do evento, em formato digital ou impresso, sem qualquer ônus financeiro ou direito </w:t>
      </w:r>
      <w:proofErr w:type="gramStart"/>
      <w:r w:rsidRPr="00B12F95">
        <w:rPr>
          <w:rFonts w:ascii="Times New Roman" w:hAnsi="Times New Roman" w:cs="Times New Roman"/>
          <w:color w:val="auto"/>
          <w:szCs w:val="24"/>
        </w:rPr>
        <w:t>a</w:t>
      </w:r>
      <w:proofErr w:type="gramEnd"/>
      <w:r w:rsidRPr="00B12F95">
        <w:rPr>
          <w:rFonts w:ascii="Times New Roman" w:hAnsi="Times New Roman" w:cs="Times New Roman"/>
          <w:color w:val="auto"/>
          <w:szCs w:val="24"/>
        </w:rPr>
        <w:t xml:space="preserve"> indenização.</w:t>
      </w:r>
    </w:p>
    <w:p w14:paraId="6CE5AEFC" w14:textId="77777777" w:rsidR="00086FFB" w:rsidRPr="00B12F95" w:rsidRDefault="00000000" w:rsidP="00B12F95">
      <w:pPr>
        <w:spacing w:after="0" w:line="240" w:lineRule="auto"/>
        <w:ind w:left="432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 xml:space="preserve">4. Aspectos Éticos e Legais: </w:t>
      </w:r>
      <w:r w:rsidRPr="00B12F95">
        <w:rPr>
          <w:rFonts w:ascii="Times New Roman" w:hAnsi="Times New Roman" w:cs="Times New Roman"/>
          <w:color w:val="auto"/>
          <w:szCs w:val="24"/>
        </w:rPr>
        <w:t>O trabalho cumpre com todas as diretrizes éticas aplicáveis (incluindo aprovação em Comitê de Ética em Pesquisa, quando exigido por norma aplicável à área) e que assumo integral responsabilidade civil, penal e acadêmica pelo conteúdo e opiniões expressas no texto.</w:t>
      </w:r>
    </w:p>
    <w:p w14:paraId="4276E153" w14:textId="77777777" w:rsidR="00086FFB" w:rsidRPr="00B12F95" w:rsidRDefault="00000000" w:rsidP="00B12F95">
      <w:pPr>
        <w:spacing w:after="0" w:line="240" w:lineRule="auto"/>
        <w:ind w:left="432"/>
        <w:rPr>
          <w:rFonts w:ascii="Times New Roman" w:hAnsi="Times New Roman" w:cs="Times New Roman"/>
          <w:color w:val="auto"/>
          <w:szCs w:val="24"/>
        </w:rPr>
      </w:pPr>
      <w:r w:rsidRPr="00B12F95">
        <w:rPr>
          <w:rFonts w:ascii="Times New Roman" w:hAnsi="Times New Roman" w:cs="Times New Roman"/>
          <w:b/>
          <w:color w:val="auto"/>
          <w:szCs w:val="24"/>
        </w:rPr>
        <w:t xml:space="preserve">5. Inexistência de Conflito de Interesses: </w:t>
      </w:r>
      <w:r w:rsidRPr="00B12F95">
        <w:rPr>
          <w:rFonts w:ascii="Times New Roman" w:hAnsi="Times New Roman" w:cs="Times New Roman"/>
          <w:color w:val="auto"/>
          <w:szCs w:val="24"/>
        </w:rPr>
        <w:t xml:space="preserve">Declaro que não há conflitos de interesses de ordem financeira, comercial ou pessoal que possam ter influenciado </w:t>
      </w:r>
      <w:proofErr w:type="gramStart"/>
      <w:r w:rsidRPr="00B12F95">
        <w:rPr>
          <w:rFonts w:ascii="Times New Roman" w:hAnsi="Times New Roman" w:cs="Times New Roman"/>
          <w:color w:val="auto"/>
          <w:szCs w:val="24"/>
        </w:rPr>
        <w:t>a</w:t>
      </w:r>
      <w:proofErr w:type="gramEnd"/>
      <w:r w:rsidRPr="00B12F95">
        <w:rPr>
          <w:rFonts w:ascii="Times New Roman" w:hAnsi="Times New Roman" w:cs="Times New Roman"/>
          <w:color w:val="auto"/>
          <w:szCs w:val="24"/>
        </w:rPr>
        <w:t xml:space="preserve"> elaboração ou os resultados apresentados no trabalho.</w:t>
      </w:r>
    </w:p>
    <w:p w14:paraId="65AEF6A8" w14:textId="77777777" w:rsidR="00086FFB" w:rsidRPr="00B12F95" w:rsidRDefault="00086FFB" w:rsidP="00B12F95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3"/>
      </w:tblGrid>
      <w:tr w:rsidR="00B12F95" w:rsidRPr="00B12F95" w14:paraId="09E65541" w14:textId="77777777">
        <w:trPr>
          <w:jc w:val="center"/>
        </w:trPr>
        <w:tc>
          <w:tcPr>
            <w:tcW w:w="9403" w:type="dxa"/>
          </w:tcPr>
          <w:p w14:paraId="2CFBC1C5" w14:textId="77777777" w:rsidR="00086FFB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</w:rPr>
              <w:t xml:space="preserve">Palmares, ______ de _____________________ </w:t>
            </w:r>
            <w:proofErr w:type="spellStart"/>
            <w:r>
              <w:rPr>
                <w:rFonts w:ascii="Times New Roman" w:hAnsi="Times New Roman" w:cs="Times New Roman"/>
                <w:color w:val="auto"/>
                <w:szCs w:val="24"/>
              </w:rPr>
              <w:t>de</w:t>
            </w:r>
            <w:proofErr w:type="spellEnd"/>
            <w:r>
              <w:rPr>
                <w:rFonts w:ascii="Times New Roman" w:hAnsi="Times New Roman" w:cs="Times New Roman"/>
                <w:color w:val="auto"/>
                <w:szCs w:val="24"/>
              </w:rPr>
              <w:t xml:space="preserve"> 2026.</w:t>
            </w:r>
          </w:p>
          <w:p w14:paraId="19744537" w14:textId="77777777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  <w:p w14:paraId="0E38C3EB" w14:textId="318729F5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Cs w:val="24"/>
              </w:rPr>
              <w:t>assinatura</w:t>
            </w:r>
            <w:proofErr w:type="spellEnd"/>
            <w:r>
              <w:rPr>
                <w:rFonts w:ascii="Times New Roman" w:hAnsi="Times New Roman" w:cs="Times New Roman"/>
                <w:color w:val="auto"/>
                <w:szCs w:val="24"/>
              </w:rPr>
              <w:t xml:space="preserve"> do(s) </w:t>
            </w:r>
            <w:proofErr w:type="spellStart"/>
            <w:r>
              <w:rPr>
                <w:rFonts w:ascii="Times New Roman" w:hAnsi="Times New Roman" w:cs="Times New Roman"/>
                <w:color w:val="auto"/>
                <w:szCs w:val="24"/>
              </w:rPr>
              <w:t>autore</w:t>
            </w:r>
            <w:proofErr w:type="spellEnd"/>
            <w:r>
              <w:rPr>
                <w:rFonts w:ascii="Times New Roman" w:hAnsi="Times New Roman" w:cs="Times New Roman"/>
                <w:color w:val="auto"/>
                <w:szCs w:val="24"/>
              </w:rPr>
              <w:t>(s))</w:t>
            </w:r>
          </w:p>
          <w:p w14:paraId="588F0BCC" w14:textId="77777777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  <w:p w14:paraId="06BDC476" w14:textId="7EB71521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</w:rPr>
              <w:t>______________________________________________</w:t>
            </w:r>
          </w:p>
          <w:p w14:paraId="1C07082A" w14:textId="77777777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  <w:p w14:paraId="396EAF57" w14:textId="77777777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  <w:p w14:paraId="299726A4" w14:textId="77777777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  <w:p w14:paraId="39B73BB2" w14:textId="51CB8838" w:rsidR="00B12F95" w:rsidRDefault="00B12F95" w:rsidP="00B12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</w:rPr>
              <w:t>_______________________________________________</w:t>
            </w:r>
          </w:p>
          <w:p w14:paraId="2116FCA0" w14:textId="54CC4B17" w:rsidR="00B12F95" w:rsidRPr="00B12F95" w:rsidRDefault="00B12F95" w:rsidP="00B12F9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</w:tr>
    </w:tbl>
    <w:p w14:paraId="64614AE5" w14:textId="77777777" w:rsidR="00787773" w:rsidRPr="00B12F95" w:rsidRDefault="00787773">
      <w:pPr>
        <w:rPr>
          <w:rFonts w:ascii="Times New Roman" w:hAnsi="Times New Roman" w:cs="Times New Roman"/>
          <w:color w:val="auto"/>
          <w:szCs w:val="24"/>
        </w:rPr>
      </w:pPr>
    </w:p>
    <w:sectPr w:rsidR="00787773" w:rsidRPr="00B12F95" w:rsidSect="00034616">
      <w:headerReference w:type="default" r:id="rId8"/>
      <w:pgSz w:w="12240" w:h="15840"/>
      <w:pgMar w:top="1699" w:right="1138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04B3E" w14:textId="77777777" w:rsidR="00787773" w:rsidRDefault="00787773" w:rsidP="00D95147">
      <w:pPr>
        <w:spacing w:after="0" w:line="240" w:lineRule="auto"/>
      </w:pPr>
      <w:r>
        <w:separator/>
      </w:r>
    </w:p>
  </w:endnote>
  <w:endnote w:type="continuationSeparator" w:id="0">
    <w:p w14:paraId="08A60743" w14:textId="77777777" w:rsidR="00787773" w:rsidRDefault="00787773" w:rsidP="00D9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4026" w14:textId="77777777" w:rsidR="00787773" w:rsidRDefault="00787773" w:rsidP="00D95147">
      <w:pPr>
        <w:spacing w:after="0" w:line="240" w:lineRule="auto"/>
      </w:pPr>
      <w:r>
        <w:separator/>
      </w:r>
    </w:p>
  </w:footnote>
  <w:footnote w:type="continuationSeparator" w:id="0">
    <w:p w14:paraId="789CD682" w14:textId="77777777" w:rsidR="00787773" w:rsidRDefault="00787773" w:rsidP="00D95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29E6" w14:textId="4502238E" w:rsidR="00D95147" w:rsidRPr="00D95147" w:rsidRDefault="00D95147" w:rsidP="00D95147">
    <w:pPr>
      <w:jc w:val="center"/>
      <w:rPr>
        <w:rFonts w:ascii="Times New Roman" w:hAnsi="Times New Roman" w:cs="Times New Roman"/>
        <w:b/>
        <w:bCs/>
      </w:rPr>
    </w:pPr>
    <w:r w:rsidRPr="00D95147">
      <w:rPr>
        <w:rFonts w:ascii="Times New Roman" w:hAnsi="Times New Roman" w:cs="Times New Roman"/>
        <w:b/>
        <w:bCs/>
      </w:rPr>
      <w:t>CONGRESSO DE DIREITO E SOCIEDADE NA CONTEMPORANEIDADE</w:t>
    </w:r>
    <w:r>
      <w:rPr>
        <w:rFonts w:ascii="Times New Roman" w:hAnsi="Times New Roman" w:cs="Times New Roman"/>
        <w:b/>
        <w:bCs/>
      </w:rPr>
      <w:t>:</w:t>
    </w:r>
  </w:p>
  <w:p w14:paraId="4829223D" w14:textId="77777777" w:rsidR="00D95147" w:rsidRPr="00D95147" w:rsidRDefault="00D95147" w:rsidP="00D95147">
    <w:pPr>
      <w:jc w:val="center"/>
      <w:rPr>
        <w:rFonts w:ascii="Times New Roman" w:hAnsi="Times New Roman" w:cs="Times New Roman"/>
        <w:b/>
        <w:bCs/>
        <w:i/>
        <w:iCs/>
      </w:rPr>
    </w:pPr>
    <w:proofErr w:type="spellStart"/>
    <w:r w:rsidRPr="00D95147">
      <w:rPr>
        <w:rFonts w:ascii="Times New Roman" w:hAnsi="Times New Roman" w:cs="Times New Roman"/>
        <w:b/>
        <w:bCs/>
        <w:i/>
        <w:iCs/>
      </w:rPr>
      <w:t>Desafios</w:t>
    </w:r>
    <w:proofErr w:type="spellEnd"/>
    <w:r w:rsidRPr="00D95147">
      <w:rPr>
        <w:rFonts w:ascii="Times New Roman" w:hAnsi="Times New Roman" w:cs="Times New Roman"/>
        <w:b/>
        <w:bCs/>
        <w:i/>
        <w:iCs/>
      </w:rPr>
      <w:t xml:space="preserve">, </w:t>
    </w:r>
    <w:proofErr w:type="spellStart"/>
    <w:r w:rsidRPr="00D95147">
      <w:rPr>
        <w:rFonts w:ascii="Times New Roman" w:hAnsi="Times New Roman" w:cs="Times New Roman"/>
        <w:b/>
        <w:bCs/>
        <w:i/>
        <w:iCs/>
      </w:rPr>
      <w:t>transformações</w:t>
    </w:r>
    <w:proofErr w:type="spellEnd"/>
    <w:r w:rsidRPr="00D95147">
      <w:rPr>
        <w:rFonts w:ascii="Times New Roman" w:hAnsi="Times New Roman" w:cs="Times New Roman"/>
        <w:b/>
        <w:bCs/>
        <w:i/>
        <w:iCs/>
      </w:rPr>
      <w:t xml:space="preserve"> e </w:t>
    </w:r>
    <w:proofErr w:type="spellStart"/>
    <w:r w:rsidRPr="00D95147">
      <w:rPr>
        <w:rFonts w:ascii="Times New Roman" w:hAnsi="Times New Roman" w:cs="Times New Roman"/>
        <w:b/>
        <w:bCs/>
        <w:i/>
        <w:iCs/>
      </w:rPr>
      <w:t>novas</w:t>
    </w:r>
    <w:proofErr w:type="spellEnd"/>
    <w:r w:rsidRPr="00D95147">
      <w:rPr>
        <w:rFonts w:ascii="Times New Roman" w:hAnsi="Times New Roman" w:cs="Times New Roman"/>
        <w:b/>
        <w:bCs/>
        <w:i/>
        <w:iCs/>
      </w:rPr>
      <w:t xml:space="preserve"> </w:t>
    </w:r>
    <w:proofErr w:type="spellStart"/>
    <w:r w:rsidRPr="00D95147">
      <w:rPr>
        <w:rFonts w:ascii="Times New Roman" w:hAnsi="Times New Roman" w:cs="Times New Roman"/>
        <w:b/>
        <w:bCs/>
        <w:i/>
        <w:iCs/>
      </w:rPr>
      <w:t>perspectivas</w:t>
    </w:r>
    <w:proofErr w:type="spellEnd"/>
    <w:r w:rsidRPr="00D95147">
      <w:rPr>
        <w:rFonts w:ascii="Times New Roman" w:hAnsi="Times New Roman" w:cs="Times New Roman"/>
        <w:b/>
        <w:bCs/>
        <w:i/>
        <w:iCs/>
      </w:rPr>
      <w:t xml:space="preserve"> do </w:t>
    </w:r>
    <w:proofErr w:type="spellStart"/>
    <w:r w:rsidRPr="00D95147">
      <w:rPr>
        <w:rFonts w:ascii="Times New Roman" w:hAnsi="Times New Roman" w:cs="Times New Roman"/>
        <w:b/>
        <w:bCs/>
        <w:i/>
        <w:iCs/>
      </w:rPr>
      <w:t>Direito</w:t>
    </w:r>
    <w:proofErr w:type="spellEnd"/>
  </w:p>
  <w:p w14:paraId="2FE10456" w14:textId="77777777" w:rsidR="00D95147" w:rsidRDefault="00D9514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955231">
    <w:abstractNumId w:val="8"/>
  </w:num>
  <w:num w:numId="2" w16cid:durableId="1311206052">
    <w:abstractNumId w:val="6"/>
  </w:num>
  <w:num w:numId="3" w16cid:durableId="1234777200">
    <w:abstractNumId w:val="5"/>
  </w:num>
  <w:num w:numId="4" w16cid:durableId="588924738">
    <w:abstractNumId w:val="4"/>
  </w:num>
  <w:num w:numId="5" w16cid:durableId="852063305">
    <w:abstractNumId w:val="7"/>
  </w:num>
  <w:num w:numId="6" w16cid:durableId="923808344">
    <w:abstractNumId w:val="3"/>
  </w:num>
  <w:num w:numId="7" w16cid:durableId="1231841485">
    <w:abstractNumId w:val="2"/>
  </w:num>
  <w:num w:numId="8" w16cid:durableId="1064639127">
    <w:abstractNumId w:val="1"/>
  </w:num>
  <w:num w:numId="9" w16cid:durableId="86876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FFB"/>
    <w:rsid w:val="0015074B"/>
    <w:rsid w:val="0029639D"/>
    <w:rsid w:val="00326F90"/>
    <w:rsid w:val="00787773"/>
    <w:rsid w:val="0090787A"/>
    <w:rsid w:val="00AA1D8D"/>
    <w:rsid w:val="00B12F95"/>
    <w:rsid w:val="00B47730"/>
    <w:rsid w:val="00CB0664"/>
    <w:rsid w:val="00D951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ED10D"/>
  <w14:defaultImageDpi w14:val="300"/>
  <w15:docId w15:val="{60D29722-8004-4BE7-9348-0212FFAB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color w:val="222222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EDUARDA OLIVEIRA</cp:lastModifiedBy>
  <cp:revision>2</cp:revision>
  <dcterms:created xsi:type="dcterms:W3CDTF">2026-10-19T18:54:00Z</dcterms:created>
  <dcterms:modified xsi:type="dcterms:W3CDTF">2026-10-19T18:54:00Z</dcterms:modified>
  <cp:category/>
</cp:coreProperties>
</file>